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32" w:rsidRDefault="00C838A9" w:rsidP="00C82583">
      <w:pPr>
        <w:pStyle w:val="Heading1"/>
        <w:jc w:val="center"/>
        <w:rPr>
          <w:rFonts w:ascii="Times New Roman" w:hAnsi="Times New Roman" w:cs="Times New Roman"/>
          <w:color w:val="auto"/>
          <w:szCs w:val="24"/>
        </w:rPr>
      </w:pPr>
      <w:proofErr w:type="spellStart"/>
      <w:r w:rsidRPr="00C82583">
        <w:rPr>
          <w:rFonts w:ascii="Times New Roman" w:hAnsi="Times New Roman" w:cs="Times New Roman"/>
          <w:color w:val="auto"/>
          <w:szCs w:val="24"/>
        </w:rPr>
        <w:t>Formular</w:t>
      </w:r>
      <w:proofErr w:type="spellEnd"/>
      <w:r w:rsidRPr="00C82583">
        <w:rPr>
          <w:rFonts w:ascii="Times New Roman" w:hAnsi="Times New Roman" w:cs="Times New Roman"/>
          <w:color w:val="auto"/>
          <w:szCs w:val="24"/>
        </w:rPr>
        <w:t xml:space="preserve"> de </w:t>
      </w:r>
      <w:proofErr w:type="spellStart"/>
      <w:r w:rsidRPr="00C82583">
        <w:rPr>
          <w:rFonts w:ascii="Times New Roman" w:hAnsi="Times New Roman" w:cs="Times New Roman"/>
          <w:color w:val="auto"/>
          <w:szCs w:val="24"/>
        </w:rPr>
        <w:t>retur</w:t>
      </w:r>
      <w:proofErr w:type="spellEnd"/>
    </w:p>
    <w:p w:rsidR="00C95022" w:rsidRPr="00C95022" w:rsidRDefault="00C95022" w:rsidP="00C95022"/>
    <w:p w:rsidR="009C4332" w:rsidRPr="00C82583" w:rsidRDefault="002F07E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b/>
          <w:sz w:val="24"/>
          <w:szCs w:val="24"/>
        </w:rPr>
        <w:t>Date client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2583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>: ___________</w:t>
      </w:r>
      <w:r w:rsidR="00AD1FCE" w:rsidRPr="00C82583">
        <w:rPr>
          <w:rFonts w:ascii="Times New Roman" w:hAnsi="Times New Roman" w:cs="Times New Roman"/>
          <w:sz w:val="24"/>
          <w:szCs w:val="24"/>
        </w:rPr>
        <w:t>__</w:t>
      </w:r>
      <w:r w:rsidRPr="00C82583">
        <w:rPr>
          <w:rFonts w:ascii="Times New Roman" w:hAnsi="Times New Roman" w:cs="Times New Roman"/>
          <w:sz w:val="24"/>
          <w:szCs w:val="24"/>
        </w:rPr>
        <w:t>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Email: ___________</w:t>
      </w:r>
      <w:r w:rsidR="00AD1FCE" w:rsidRPr="00C82583">
        <w:rPr>
          <w:rFonts w:ascii="Times New Roman" w:hAnsi="Times New Roman" w:cs="Times New Roman"/>
          <w:sz w:val="24"/>
          <w:szCs w:val="24"/>
        </w:rPr>
        <w:t>__</w:t>
      </w:r>
      <w:r w:rsidRPr="00C82583">
        <w:rPr>
          <w:rFonts w:ascii="Times New Roman" w:hAnsi="Times New Roman" w:cs="Times New Roman"/>
          <w:sz w:val="24"/>
          <w:szCs w:val="24"/>
        </w:rPr>
        <w:t>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258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>: ____________________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2583">
        <w:rPr>
          <w:rFonts w:ascii="Times New Roman" w:hAnsi="Times New Roman" w:cs="Times New Roman"/>
          <w:b/>
          <w:sz w:val="24"/>
          <w:szCs w:val="24"/>
        </w:rPr>
        <w:t xml:space="preserve">Date </w:t>
      </w:r>
      <w:proofErr w:type="spellStart"/>
      <w:r w:rsidRPr="00C82583">
        <w:rPr>
          <w:rFonts w:ascii="Times New Roman" w:hAnsi="Times New Roman" w:cs="Times New Roman"/>
          <w:b/>
          <w:sz w:val="24"/>
          <w:szCs w:val="24"/>
        </w:rPr>
        <w:t>comandă</w:t>
      </w:r>
      <w:proofErr w:type="spellEnd"/>
      <w:r w:rsidR="004111B6" w:rsidRPr="00C82583">
        <w:rPr>
          <w:rFonts w:ascii="Times New Roman" w:hAnsi="Times New Roman" w:cs="Times New Roman"/>
          <w:b/>
          <w:sz w:val="24"/>
          <w:szCs w:val="24"/>
        </w:rPr>
        <w:t>: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Număr comandă: ____________________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Data comenzii: ____________________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Data primirii produsului: ____________________</w:t>
      </w:r>
    </w:p>
    <w:p w:rsidR="004111B6" w:rsidRPr="00C82583" w:rsidRDefault="00C838A9" w:rsidP="009B4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82583">
        <w:rPr>
          <w:rFonts w:ascii="Times New Roman" w:hAnsi="Times New Roman" w:cs="Times New Roman"/>
          <w:b/>
          <w:sz w:val="24"/>
          <w:szCs w:val="24"/>
        </w:rPr>
        <w:t>Produse</w:t>
      </w:r>
      <w:proofErr w:type="spellEnd"/>
      <w:r w:rsidRPr="00C825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b/>
          <w:sz w:val="24"/>
          <w:szCs w:val="24"/>
        </w:rPr>
        <w:t>returnate</w:t>
      </w:r>
      <w:proofErr w:type="spellEnd"/>
      <w:r w:rsidR="004111B6" w:rsidRPr="00C82583">
        <w:rPr>
          <w:rFonts w:ascii="Times New Roman" w:hAnsi="Times New Roman" w:cs="Times New Roman"/>
          <w:b/>
          <w:sz w:val="24"/>
          <w:szCs w:val="24"/>
        </w:rPr>
        <w:t>: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2583">
        <w:rPr>
          <w:rFonts w:ascii="Times New Roman" w:hAnsi="Times New Roman" w:cs="Times New Roman"/>
          <w:sz w:val="24"/>
          <w:szCs w:val="24"/>
        </w:rPr>
        <w:t>Denumire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>: ____________________</w:t>
      </w:r>
    </w:p>
    <w:p w:rsidR="009C4332" w:rsidRPr="00C82583" w:rsidRDefault="003C0E9B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C838A9" w:rsidRPr="00C82583">
        <w:rPr>
          <w:rFonts w:ascii="Times New Roman" w:hAnsi="Times New Roman" w:cs="Times New Roman"/>
          <w:sz w:val="24"/>
          <w:szCs w:val="24"/>
        </w:rPr>
        <w:t>: ____________________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2583">
        <w:rPr>
          <w:rFonts w:ascii="Times New Roman" w:hAnsi="Times New Roman" w:cs="Times New Roman"/>
          <w:sz w:val="24"/>
          <w:szCs w:val="24"/>
        </w:rPr>
        <w:t>Motivul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returului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opțional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>): ________________________________</w:t>
      </w:r>
    </w:p>
    <w:p w:rsidR="009C4332" w:rsidRPr="00C82583" w:rsidRDefault="009C4332">
      <w:pPr>
        <w:rPr>
          <w:rFonts w:ascii="Times New Roman" w:hAnsi="Times New Roman" w:cs="Times New Roman"/>
          <w:sz w:val="24"/>
          <w:szCs w:val="24"/>
        </w:rPr>
      </w:pP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2583">
        <w:rPr>
          <w:rFonts w:ascii="Times New Roman" w:hAnsi="Times New Roman" w:cs="Times New Roman"/>
          <w:b/>
          <w:sz w:val="24"/>
          <w:szCs w:val="24"/>
        </w:rPr>
        <w:t>Modalitatea de rambursare: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Segoe UI Symbol" w:hAnsi="Segoe UI Symbol" w:cs="Segoe UI Symbol"/>
          <w:sz w:val="24"/>
          <w:szCs w:val="24"/>
        </w:rPr>
        <w:t>☐</w:t>
      </w:r>
      <w:r w:rsidRPr="00C82583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bancar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  </w:t>
      </w:r>
      <w:r w:rsidRPr="00C82583">
        <w:rPr>
          <w:rFonts w:ascii="Segoe UI Symbol" w:hAnsi="Segoe UI Symbol" w:cs="Segoe UI Symbol"/>
          <w:sz w:val="24"/>
          <w:szCs w:val="24"/>
        </w:rPr>
        <w:t>☐</w:t>
      </w:r>
      <w:r w:rsidR="00477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46D">
        <w:rPr>
          <w:rFonts w:ascii="Times New Roman" w:hAnsi="Times New Roman" w:cs="Times New Roman"/>
          <w:sz w:val="24"/>
          <w:szCs w:val="24"/>
        </w:rPr>
        <w:t>Schimb</w:t>
      </w:r>
      <w:proofErr w:type="spellEnd"/>
      <w:r w:rsidR="004774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746D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47746D">
        <w:rPr>
          <w:rFonts w:ascii="Times New Roman" w:hAnsi="Times New Roman" w:cs="Times New Roman"/>
          <w:sz w:val="24"/>
          <w:szCs w:val="24"/>
        </w:rPr>
        <w:t xml:space="preserve">  </w:t>
      </w:r>
      <w:r w:rsidR="00535EB8" w:rsidRPr="00C82583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="00535EB8"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EB8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="00535EB8">
        <w:rPr>
          <w:rFonts w:ascii="Times New Roman" w:hAnsi="Times New Roman" w:cs="Times New Roman"/>
          <w:sz w:val="24"/>
          <w:szCs w:val="24"/>
        </w:rPr>
        <w:t xml:space="preserve"> in </w:t>
      </w:r>
      <w:r w:rsidR="00FB7807">
        <w:rPr>
          <w:rFonts w:ascii="Times New Roman" w:hAnsi="Times New Roman" w:cs="Times New Roman"/>
          <w:sz w:val="24"/>
          <w:szCs w:val="24"/>
        </w:rPr>
        <w:t>magazine (</w:t>
      </w:r>
      <w:proofErr w:type="spellStart"/>
      <w:r w:rsidR="00FB7807">
        <w:rPr>
          <w:rFonts w:ascii="Times New Roman" w:hAnsi="Times New Roman" w:cs="Times New Roman"/>
          <w:sz w:val="24"/>
          <w:szCs w:val="24"/>
        </w:rPr>
        <w:t>dac</w:t>
      </w:r>
      <w:r w:rsidR="00DC7258" w:rsidRPr="00C825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B7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80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B7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57D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="00FB7807">
        <w:rPr>
          <w:rFonts w:ascii="Times New Roman" w:hAnsi="Times New Roman" w:cs="Times New Roman"/>
          <w:sz w:val="24"/>
          <w:szCs w:val="24"/>
        </w:rPr>
        <w:t>)</w:t>
      </w:r>
    </w:p>
    <w:p w:rsidR="00B0488E" w:rsidRPr="009B4FE9" w:rsidRDefault="00B0488E" w:rsidP="009B4F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B4FE9">
        <w:rPr>
          <w:rFonts w:ascii="Times New Roman" w:hAnsi="Times New Roman" w:cs="Times New Roman"/>
          <w:i/>
          <w:sz w:val="24"/>
          <w:szCs w:val="24"/>
        </w:rPr>
        <w:t xml:space="preserve">Date </w:t>
      </w:r>
      <w:proofErr w:type="spellStart"/>
      <w:r w:rsidR="009B4FE9" w:rsidRPr="009B4FE9">
        <w:rPr>
          <w:rFonts w:ascii="Times New Roman" w:hAnsi="Times New Roman" w:cs="Times New Roman"/>
          <w:i/>
          <w:sz w:val="24"/>
          <w:szCs w:val="24"/>
        </w:rPr>
        <w:t>necesare</w:t>
      </w:r>
      <w:proofErr w:type="spellEnd"/>
      <w:r w:rsidR="009B4FE9" w:rsidRPr="009B4F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E9" w:rsidRPr="009B4FE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9B4FE9" w:rsidRPr="009B4F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E9" w:rsidRPr="009B4FE9">
        <w:rPr>
          <w:rFonts w:ascii="Times New Roman" w:hAnsi="Times New Roman" w:cs="Times New Roman"/>
          <w:i/>
          <w:sz w:val="24"/>
          <w:szCs w:val="24"/>
        </w:rPr>
        <w:t>ramburs</w:t>
      </w:r>
      <w:proofErr w:type="spellEnd"/>
      <w:r w:rsidR="009B4FE9" w:rsidRPr="009B4F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4FE9" w:rsidRPr="009B4FE9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9B4FE9">
        <w:rPr>
          <w:rFonts w:ascii="Times New Roman" w:hAnsi="Times New Roman" w:cs="Times New Roman"/>
          <w:i/>
          <w:sz w:val="24"/>
          <w:szCs w:val="24"/>
        </w:rPr>
        <w:t xml:space="preserve"> transfer </w:t>
      </w:r>
      <w:proofErr w:type="spellStart"/>
      <w:r w:rsidRPr="009B4FE9">
        <w:rPr>
          <w:rFonts w:ascii="Times New Roman" w:hAnsi="Times New Roman" w:cs="Times New Roman"/>
          <w:i/>
          <w:sz w:val="24"/>
          <w:szCs w:val="24"/>
        </w:rPr>
        <w:t>bancar</w:t>
      </w:r>
      <w:proofErr w:type="spellEnd"/>
      <w:r w:rsidRPr="009B4FE9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 xml:space="preserve">Titular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>: ________</w:t>
      </w:r>
      <w:r w:rsidR="00286AB3" w:rsidRPr="00C82583">
        <w:rPr>
          <w:rFonts w:ascii="Times New Roman" w:hAnsi="Times New Roman" w:cs="Times New Roman"/>
          <w:sz w:val="24"/>
          <w:szCs w:val="24"/>
        </w:rPr>
        <w:t>____________</w:t>
      </w:r>
      <w:r w:rsidRPr="00C82583">
        <w:rPr>
          <w:rFonts w:ascii="Times New Roman" w:hAnsi="Times New Roman" w:cs="Times New Roman"/>
          <w:sz w:val="24"/>
          <w:szCs w:val="24"/>
        </w:rPr>
        <w:t>_________</w:t>
      </w:r>
      <w:r w:rsidR="00B0488E">
        <w:rPr>
          <w:rFonts w:ascii="Times New Roman" w:hAnsi="Times New Roman" w:cs="Times New Roman"/>
          <w:sz w:val="24"/>
          <w:szCs w:val="24"/>
        </w:rPr>
        <w:t>___</w:t>
      </w:r>
      <w:r w:rsidRPr="00C82583">
        <w:rPr>
          <w:rFonts w:ascii="Times New Roman" w:hAnsi="Times New Roman" w:cs="Times New Roman"/>
          <w:sz w:val="24"/>
          <w:szCs w:val="24"/>
        </w:rPr>
        <w:t>___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IBAN: ______________</w:t>
      </w:r>
      <w:r w:rsidR="00286AB3" w:rsidRPr="00C82583">
        <w:rPr>
          <w:rFonts w:ascii="Times New Roman" w:hAnsi="Times New Roman" w:cs="Times New Roman"/>
          <w:sz w:val="24"/>
          <w:szCs w:val="24"/>
        </w:rPr>
        <w:t>____________________</w:t>
      </w:r>
      <w:r w:rsidRPr="00C82583">
        <w:rPr>
          <w:rFonts w:ascii="Times New Roman" w:hAnsi="Times New Roman" w:cs="Times New Roman"/>
          <w:sz w:val="24"/>
          <w:szCs w:val="24"/>
        </w:rPr>
        <w:t>______</w:t>
      </w:r>
    </w:p>
    <w:p w:rsidR="00B6703F" w:rsidRDefault="00B670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4332" w:rsidRPr="00C82583" w:rsidRDefault="00C838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66470">
        <w:rPr>
          <w:rFonts w:ascii="Times New Roman" w:hAnsi="Times New Roman" w:cs="Times New Roman"/>
          <w:b/>
          <w:sz w:val="24"/>
          <w:szCs w:val="24"/>
        </w:rPr>
        <w:t>Observații</w:t>
      </w:r>
      <w:proofErr w:type="spellEnd"/>
      <w:r w:rsidRPr="00D66470">
        <w:rPr>
          <w:rFonts w:ascii="Times New Roman" w:hAnsi="Times New Roman" w:cs="Times New Roman"/>
          <w:b/>
          <w:sz w:val="24"/>
          <w:szCs w:val="24"/>
        </w:rPr>
        <w:t>:</w:t>
      </w:r>
      <w:r w:rsidRPr="00C82583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286AB3" w:rsidRPr="00C8258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C8258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D0778" w:rsidRDefault="003D0778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6470">
        <w:rPr>
          <w:rFonts w:ascii="Times New Roman" w:hAnsi="Times New Roman" w:cs="Times New Roman"/>
          <w:b/>
          <w:sz w:val="24"/>
          <w:szCs w:val="24"/>
        </w:rPr>
        <w:t>Declarație</w:t>
      </w:r>
      <w:r w:rsidRPr="00C82583">
        <w:rPr>
          <w:rFonts w:ascii="Times New Roman" w:hAnsi="Times New Roman" w:cs="Times New Roman"/>
          <w:sz w:val="24"/>
          <w:szCs w:val="24"/>
        </w:rPr>
        <w:t>: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Solicit retragerea din contractul de vânzare conform OUG nr. 34/2014.</w:t>
      </w:r>
    </w:p>
    <w:p w:rsidR="009C4332" w:rsidRPr="00C82583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Segoe UI Symbol" w:hAnsi="Segoe UI Symbol" w:cs="Segoe UI Symbol"/>
          <w:sz w:val="24"/>
          <w:szCs w:val="24"/>
        </w:rPr>
        <w:t>☐</w:t>
      </w:r>
      <w:r w:rsidRPr="00C82583">
        <w:rPr>
          <w:rFonts w:ascii="Times New Roman" w:hAnsi="Times New Roman" w:cs="Times New Roman"/>
          <w:sz w:val="24"/>
          <w:szCs w:val="24"/>
        </w:rPr>
        <w:t xml:space="preserve"> Confirm că produsul este returnat împreună cu toate accesoriile primite (cutie, certificat, documente, etichete, accesorii, dacă este cazul).</w:t>
      </w:r>
    </w:p>
    <w:p w:rsidR="009C4332" w:rsidRDefault="00C838A9" w:rsidP="009B4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Segoe UI Symbol" w:hAnsi="Segoe UI Symbol" w:cs="Segoe UI Symbol"/>
          <w:sz w:val="24"/>
          <w:szCs w:val="24"/>
        </w:rPr>
        <w:t>☐</w:t>
      </w:r>
      <w:r w:rsidRPr="00C82583">
        <w:rPr>
          <w:rFonts w:ascii="Times New Roman" w:hAnsi="Times New Roman" w:cs="Times New Roman"/>
          <w:sz w:val="24"/>
          <w:szCs w:val="24"/>
        </w:rPr>
        <w:t xml:space="preserve"> Sunt de acord cu prelucrarea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pentr</w:t>
      </w:r>
      <w:r w:rsidR="00C3392A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C33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92A">
        <w:rPr>
          <w:rFonts w:ascii="Times New Roman" w:hAnsi="Times New Roman" w:cs="Times New Roman"/>
          <w:sz w:val="24"/>
          <w:szCs w:val="24"/>
        </w:rPr>
        <w:t>soluțio</w:t>
      </w:r>
      <w:r w:rsidR="00E60077">
        <w:rPr>
          <w:rFonts w:ascii="Times New Roman" w:hAnsi="Times New Roman" w:cs="Times New Roman"/>
          <w:sz w:val="24"/>
          <w:szCs w:val="24"/>
        </w:rPr>
        <w:t>narea</w:t>
      </w:r>
      <w:proofErr w:type="spellEnd"/>
      <w:r w:rsidR="00E6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77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E600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0077">
        <w:rPr>
          <w:rFonts w:ascii="Times New Roman" w:hAnsi="Times New Roman" w:cs="Times New Roman"/>
          <w:sz w:val="24"/>
          <w:szCs w:val="24"/>
        </w:rPr>
        <w:t>retur</w:t>
      </w:r>
      <w:proofErr w:type="spellEnd"/>
      <w:r w:rsidR="00E60077">
        <w:rPr>
          <w:rFonts w:ascii="Times New Roman" w:hAnsi="Times New Roman" w:cs="Times New Roman"/>
          <w:sz w:val="24"/>
          <w:szCs w:val="24"/>
        </w:rPr>
        <w:t>.</w:t>
      </w:r>
    </w:p>
    <w:p w:rsidR="00E60077" w:rsidRDefault="00E60077" w:rsidP="00E60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Segoe UI Symbol" w:hAnsi="Segoe UI Symbol" w:cs="Segoe UI Symbol"/>
          <w:sz w:val="24"/>
          <w:szCs w:val="24"/>
        </w:rPr>
        <w:t>☐</w:t>
      </w:r>
      <w:r w:rsidRPr="00C82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258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C825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4332" w:rsidRPr="00C82583" w:rsidRDefault="009C4332">
      <w:pPr>
        <w:rPr>
          <w:rFonts w:ascii="Times New Roman" w:hAnsi="Times New Roman" w:cs="Times New Roman"/>
          <w:sz w:val="24"/>
          <w:szCs w:val="24"/>
        </w:rPr>
      </w:pPr>
    </w:p>
    <w:p w:rsidR="009C4332" w:rsidRPr="00C82583" w:rsidRDefault="00C838A9">
      <w:pPr>
        <w:rPr>
          <w:rFonts w:ascii="Times New Roman" w:hAnsi="Times New Roman" w:cs="Times New Roman"/>
          <w:sz w:val="24"/>
          <w:szCs w:val="24"/>
        </w:rPr>
      </w:pPr>
      <w:r w:rsidRPr="00C82583">
        <w:rPr>
          <w:rFonts w:ascii="Times New Roman" w:hAnsi="Times New Roman" w:cs="Times New Roman"/>
          <w:sz w:val="24"/>
          <w:szCs w:val="24"/>
        </w:rPr>
        <w:t>Data: _____________      Semnătura: ____________________</w:t>
      </w:r>
    </w:p>
    <w:sectPr w:rsidR="009C4332" w:rsidRPr="00C82583" w:rsidSect="00286AB3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59" w:rsidRDefault="00316859" w:rsidP="00286AB3">
      <w:pPr>
        <w:spacing w:after="0" w:line="240" w:lineRule="auto"/>
      </w:pPr>
      <w:r>
        <w:separator/>
      </w:r>
    </w:p>
  </w:endnote>
  <w:endnote w:type="continuationSeparator" w:id="0">
    <w:p w:rsidR="00316859" w:rsidRDefault="00316859" w:rsidP="0028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59" w:rsidRDefault="00316859" w:rsidP="00286AB3">
      <w:pPr>
        <w:spacing w:after="0" w:line="240" w:lineRule="auto"/>
      </w:pPr>
      <w:r>
        <w:separator/>
      </w:r>
    </w:p>
  </w:footnote>
  <w:footnote w:type="continuationSeparator" w:id="0">
    <w:p w:rsidR="00316859" w:rsidRDefault="00316859" w:rsidP="0028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A9D6C53" wp14:editId="24517AFB">
          <wp:simplePos x="0" y="0"/>
          <wp:positionH relativeFrom="column">
            <wp:posOffset>4944110</wp:posOffset>
          </wp:positionH>
          <wp:positionV relativeFrom="paragraph">
            <wp:posOffset>0</wp:posOffset>
          </wp:positionV>
          <wp:extent cx="1913255" cy="8953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O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325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color w:val="000000"/>
        <w:sz w:val="20"/>
        <w:szCs w:val="20"/>
      </w:rPr>
    </w:pPr>
    <w:proofErr w:type="spellStart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Societatea</w:t>
    </w:r>
    <w:proofErr w:type="spellEnd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 xml:space="preserve"> AMANET GOLD SERVICES SRL</w:t>
    </w:r>
  </w:p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Bucuresti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,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Calea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Rahovei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nr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>. 319, Bl. 30, Sc. 1, Et. 1, Ap. 8, Camera 1, Sector 5</w:t>
    </w:r>
  </w:p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Registrul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Comertului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: </w:t>
    </w:r>
    <w:r>
      <w:rPr>
        <w:rFonts w:ascii="Times New Roman" w:eastAsia="Times New Roman" w:hAnsi="Times New Roman" w:cs="Times New Roman"/>
        <w:sz w:val="18"/>
        <w:szCs w:val="18"/>
      </w:rPr>
      <w:t>J2010004424405</w:t>
    </w:r>
  </w:p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CUI: 26851299</w:t>
    </w:r>
  </w:p>
  <w:p w:rsidR="00C82583" w:rsidRDefault="00C82583" w:rsidP="00C825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E-mail: </w:t>
    </w:r>
    <w:r>
      <w:rPr>
        <w:rFonts w:ascii="Times New Roman" w:eastAsia="Times New Roman" w:hAnsi="Times New Roman" w:cs="Times New Roman"/>
        <w:color w:val="0000FF"/>
        <w:sz w:val="18"/>
        <w:szCs w:val="18"/>
        <w:u w:val="single"/>
      </w:rPr>
      <w:t>contact@ags-bijuterie.ro</w:t>
    </w:r>
  </w:p>
  <w:p w:rsidR="00286AB3" w:rsidRDefault="00C82583" w:rsidP="00C82583">
    <w:pPr>
      <w:pStyle w:val="Header"/>
    </w:pPr>
    <w:proofErr w:type="spellStart"/>
    <w:r>
      <w:rPr>
        <w:rFonts w:ascii="Times New Roman" w:eastAsia="Times New Roman" w:hAnsi="Times New Roman" w:cs="Times New Roman"/>
        <w:color w:val="000000"/>
        <w:sz w:val="18"/>
        <w:szCs w:val="18"/>
      </w:rPr>
      <w:t>Adresa</w:t>
    </w:r>
    <w:proofErr w:type="spellEnd"/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web: www.ags-bijuterie.ro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3FEE"/>
    <w:rsid w:val="0015074B"/>
    <w:rsid w:val="0021457D"/>
    <w:rsid w:val="00286AB3"/>
    <w:rsid w:val="0029639D"/>
    <w:rsid w:val="002F07E9"/>
    <w:rsid w:val="00316859"/>
    <w:rsid w:val="00326F90"/>
    <w:rsid w:val="00394DE5"/>
    <w:rsid w:val="003C0E9B"/>
    <w:rsid w:val="003D0778"/>
    <w:rsid w:val="004111B6"/>
    <w:rsid w:val="0047746D"/>
    <w:rsid w:val="00535EB8"/>
    <w:rsid w:val="007F5143"/>
    <w:rsid w:val="008D15EC"/>
    <w:rsid w:val="009B4FE9"/>
    <w:rsid w:val="009C4332"/>
    <w:rsid w:val="00AA1D8D"/>
    <w:rsid w:val="00AD1FCE"/>
    <w:rsid w:val="00B0488E"/>
    <w:rsid w:val="00B47730"/>
    <w:rsid w:val="00B6703F"/>
    <w:rsid w:val="00B6752B"/>
    <w:rsid w:val="00C3392A"/>
    <w:rsid w:val="00C76063"/>
    <w:rsid w:val="00C82583"/>
    <w:rsid w:val="00C838A9"/>
    <w:rsid w:val="00C95022"/>
    <w:rsid w:val="00CB0664"/>
    <w:rsid w:val="00D66470"/>
    <w:rsid w:val="00DC7258"/>
    <w:rsid w:val="00E60077"/>
    <w:rsid w:val="00ED7B5B"/>
    <w:rsid w:val="00FB78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E159F6"/>
  <w14:defaultImageDpi w14:val="300"/>
  <w15:docId w15:val="{AADDF429-D40C-4E69-B321-8F88B599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283101-549C-4F2C-8D1E-907B4FE5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AGS-Dellnr2</cp:lastModifiedBy>
  <cp:revision>29</cp:revision>
  <dcterms:created xsi:type="dcterms:W3CDTF">2013-12-23T23:15:00Z</dcterms:created>
  <dcterms:modified xsi:type="dcterms:W3CDTF">2026-07-27T07:29:00Z</dcterms:modified>
  <cp:category/>
</cp:coreProperties>
</file>